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jc w:val="center"/>
      </w:pPr>
      <w:r>
        <w:rPr>
          <w:rFonts w:ascii="Times New Roman" w:hAnsi="Times New Roman"/>
          <w:b/>
          <w:sz w:val="28"/>
        </w:rPr>
        <w:t>TUTANAK</w:t>
      </w:r>
    </w:p>
    <w:p>
      <w:pPr>
        <w:spacing w:line="276" w:lineRule="auto" w:after="240"/>
        <w:ind w:firstLine="720"/>
        <w:jc w:val="both"/>
      </w:pPr>
      <w:r>
        <w:rPr>
          <w:rFonts w:ascii="Times New Roman" w:hAnsi="Times New Roman"/>
          <w:sz w:val="24"/>
        </w:rPr>
        <w:t>ABCDEFG Ortaokulu, 8-C sınıfı öğrencilerinden, 213 numaralı A**** A**** ve 220 numaralı B**** B****, 01.10.2040 tarihinde, öğlen teneffüsü sırasında, saat 13:20 civarında, bahçe nöbetim esnasında, okuldan kaçarken yakalanmıştır. Adı geçen öğrenciler, okul bahçesinin arka duvarından atlayarak okul sınırları dışına çıkmaya çalışırken tarafımdan fark edilmiştir. Öğrencilere hemen müdahale edilmiş ve okul sınırları içine geri getirilmişlerdir. Kendilerine bu davranışlarının çok ciddi bir kural ihlali olduğu ve güvenliklerini tehlikeye attıkları anlatılmıştır. Öğrenciler sözlü olarak uyarılmış ve okul idaresine sevk edilmişlerdir.</w:t>
      </w:r>
    </w:p>
    <w:p>
      <w:pPr>
        <w:spacing w:line="276" w:lineRule="auto" w:after="240"/>
        <w:ind w:firstLine="720"/>
        <w:jc w:val="both"/>
      </w:pPr>
      <w:r>
        <w:rPr>
          <w:rFonts w:ascii="Times New Roman" w:hAnsi="Times New Roman"/>
          <w:sz w:val="24"/>
        </w:rPr>
        <w:t>İşbu tutanak, nöbetimin bitiminden hemen sonra 01.10.2040 tarihinde saat 13:30'da düzenlenip imza altına alınmıştır.</w:t>
      </w:r>
    </w:p>
    <w:p>
      <w:pPr>
        <w:spacing w:before="480" w:after="240"/>
        <w:jc w:val="center"/>
      </w:pPr>
      <w:r>
        <w:rPr>
          <w:rFonts w:ascii="Times New Roman" w:hAnsi="Times New Roman"/>
          <w:b/>
          <w:sz w:val="24"/>
        </w:rPr>
        <w:t>İmzalar:</w:t>
      </w:r>
    </w:p>
    <w:tbl>
      <w:tblPr>
        <w:tblW w:type="auto" w:w="0"/>
        <w:jc w:val="center"/>
        <w:tblLook w:firstColumn="1" w:firstRow="1" w:lastColumn="0" w:lastRow="0" w:noHBand="0" w:noVBand="1" w:val="04A0"/>
      </w:tblPr>
      <w:tblGrid>
        <w:gridCol w:w="3120"/>
        <w:gridCol w:w="3120"/>
        <w:gridCol w:w="3120"/>
      </w:tblGrid>
      <w:tr>
        <w:tc>
          <w:tcPr>
            <w:tcW w:type="dxa" w:w="3120"/>
          </w:tcPr>
          <w:p>
            <w:pPr>
              <w:jc w:val="center"/>
            </w:pPr>
            <w:r>
              <w:rPr>
                <w:rFonts w:ascii="Times New Roman" w:hAnsi="Times New Roman"/>
                <w:sz w:val="22"/>
              </w:rPr>
              <w:t>C**** C****</w:t>
              <w:br/>
              <w:t>Nöbetçi Öğretmen</w:t>
              <w:br/>
              <w:t>İmza</w:t>
            </w:r>
          </w:p>
        </w:tc>
        <w:tc>
          <w:tcPr>
            <w:tcW w:type="dxa" w:w="3120"/>
          </w:tcPr>
          <w:p>
            <w:pPr>
              <w:jc w:val="center"/>
            </w:pPr>
            <w:r>
              <w:rPr>
                <w:rFonts w:ascii="Times New Roman" w:hAnsi="Times New Roman"/>
                <w:sz w:val="22"/>
              </w:rPr>
              <w:t>A**** A****</w:t>
              <w:br/>
              <w:t>Öğrenci</w:t>
              <w:br/>
              <w:t>İmza</w:t>
            </w:r>
          </w:p>
        </w:tc>
        <w:tc>
          <w:tcPr>
            <w:tcW w:type="dxa" w:w="3120"/>
          </w:tcPr>
          <w:p>
            <w:pPr>
              <w:jc w:val="center"/>
            </w:pPr>
            <w:r>
              <w:rPr>
                <w:rFonts w:ascii="Times New Roman" w:hAnsi="Times New Roman"/>
                <w:sz w:val="22"/>
              </w:rPr>
              <w:t>B**** B****</w:t>
              <w:br/>
              <w:t>Öğrenci</w:t>
              <w:br/>
              <w:t>İmza</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