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80"/>
        <w:jc w:val="center"/>
      </w:pPr>
      <w:r>
        <w:rPr>
          <w:rFonts w:ascii="Times New Roman" w:hAnsi="Times New Roman"/>
          <w:b/>
          <w:sz w:val="28"/>
        </w:rPr>
        <w:t>TUTANAK</w:t>
      </w:r>
    </w:p>
    <w:p>
      <w:pPr>
        <w:spacing w:line="276" w:lineRule="auto" w:after="240"/>
        <w:ind w:firstLine="720"/>
        <w:jc w:val="both"/>
      </w:pPr>
      <w:r>
        <w:rPr>
          <w:rFonts w:ascii="Times New Roman" w:hAnsi="Times New Roman"/>
          <w:sz w:val="24"/>
        </w:rPr>
        <w:t>[OKULUN ADI] Ortaokulu, [SINIFI] sınıfı öğrencisi, [NUMARASI] numaralı, [ADI SOYADI] adlı öğrenci, [OLAY TARİHİ] tarihinde, [KAÇINCI DERS veya KAÇINCI TENEFFÜS] saati içerisinde, saat [OLAY SAATİ] sularında, [OLAYIN DETAYLI AÇIKLAMASI]. Bu olay üzerine [ALINAN ÖNLEMLER ve YAPILAN UYARILAR].</w:t>
      </w:r>
    </w:p>
    <w:p>
      <w:pPr>
        <w:spacing w:line="276" w:lineRule="auto" w:after="240"/>
        <w:ind w:firstLine="720"/>
        <w:jc w:val="both"/>
      </w:pPr>
      <w:r>
        <w:rPr>
          <w:rFonts w:ascii="Times New Roman" w:hAnsi="Times New Roman"/>
          <w:sz w:val="24"/>
        </w:rPr>
        <w:t>İşbu tutanak, dersin bitiminden hemen sonra [OLAY TARİHİ] tarihinde, saat [TUTANAĞIN TUTULDUĞU SAAT] 'te düzenlenip imza altına alınmıştır.</w:t>
      </w:r>
    </w:p>
    <w:p>
      <w:pPr>
        <w:spacing w:before="480" w:after="240"/>
        <w:jc w:val="center"/>
      </w:pPr>
      <w:r>
        <w:rPr>
          <w:rFonts w:ascii="Times New Roman" w:hAnsi="Times New Roman"/>
          <w:b/>
          <w:sz w:val="24"/>
        </w:rPr>
        <w:t>İmzalar: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</w:tcPr>
          <w:p>
            <w:pPr>
              <w:jc w:val="center"/>
            </w:pPr>
            <w:r>
              <w:rPr>
                <w:rFonts w:ascii="Times New Roman" w:hAnsi="Times New Roman"/>
                <w:sz w:val="22"/>
              </w:rPr>
              <w:t>(Ad Soyad / Görev)</w:t>
              <w:br/>
              <w:t>İmza</w:t>
            </w:r>
          </w:p>
        </w:tc>
        <w:tc>
          <w:tcPr>
            <w:tcW w:type="dxa" w:w="3120"/>
          </w:tcPr>
          <w:p>
            <w:pPr>
              <w:jc w:val="center"/>
            </w:pPr>
            <w:r>
              <w:rPr>
                <w:rFonts w:ascii="Times New Roman" w:hAnsi="Times New Roman"/>
                <w:sz w:val="22"/>
              </w:rPr>
              <w:t>(Ad Soyad / Görev)</w:t>
              <w:br/>
              <w:t>İmza</w:t>
            </w:r>
          </w:p>
        </w:tc>
        <w:tc>
          <w:tcPr>
            <w:tcW w:type="dxa" w:w="3120"/>
          </w:tcPr>
          <w:p>
            <w:pPr>
              <w:jc w:val="center"/>
            </w:pPr>
            <w:r>
              <w:rPr>
                <w:rFonts w:ascii="Times New Roman" w:hAnsi="Times New Roman"/>
                <w:sz w:val="22"/>
              </w:rPr>
              <w:t>(Ad Soyad / Görev)</w:t>
              <w:br/>
              <w:t>İmza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